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0D0B4" w14:textId="77777777" w:rsidR="00FA1D81" w:rsidRDefault="00000000">
      <w:pPr>
        <w:jc w:val="center"/>
      </w:pPr>
      <w:r>
        <w:rPr>
          <w:b/>
          <w:sz w:val="26"/>
        </w:rPr>
        <w:t>[KOP SURAT LEMBAGA]</w:t>
      </w:r>
    </w:p>
    <w:tbl>
      <w:tblPr>
        <w:tblW w:w="0" w:type="auto"/>
        <w:tblLayout w:type="fixed"/>
        <w:tblLook w:val="04A0" w:firstRow="1" w:lastRow="0" w:firstColumn="1" w:lastColumn="0" w:noHBand="0" w:noVBand="1"/>
      </w:tblPr>
      <w:tblGrid>
        <w:gridCol w:w="1188"/>
        <w:gridCol w:w="4561"/>
      </w:tblGrid>
      <w:tr w:rsidR="00FA1D81" w14:paraId="249556AC" w14:textId="77777777" w:rsidTr="004C6830">
        <w:tc>
          <w:tcPr>
            <w:tcW w:w="1188" w:type="dxa"/>
          </w:tcPr>
          <w:p w14:paraId="1CC38E98" w14:textId="77777777" w:rsidR="00FA1D81" w:rsidRDefault="00000000" w:rsidP="004C6830">
            <w:pPr>
              <w:spacing w:after="0"/>
            </w:pPr>
            <w:proofErr w:type="spellStart"/>
            <w:r>
              <w:t>Nomor</w:t>
            </w:r>
            <w:proofErr w:type="spellEnd"/>
          </w:p>
        </w:tc>
        <w:tc>
          <w:tcPr>
            <w:tcW w:w="4561" w:type="dxa"/>
          </w:tcPr>
          <w:p w14:paraId="15421E69" w14:textId="77777777" w:rsidR="00FA1D81" w:rsidRDefault="00000000" w:rsidP="004C6830">
            <w:pPr>
              <w:spacing w:after="0"/>
            </w:pPr>
            <w:r>
              <w:t>: …………………</w:t>
            </w:r>
          </w:p>
        </w:tc>
      </w:tr>
      <w:tr w:rsidR="00FA1D81" w14:paraId="6C35828B" w14:textId="77777777" w:rsidTr="004C6830">
        <w:tc>
          <w:tcPr>
            <w:tcW w:w="1188" w:type="dxa"/>
          </w:tcPr>
          <w:p w14:paraId="102AC4A0" w14:textId="77777777" w:rsidR="00FA1D81" w:rsidRDefault="00000000" w:rsidP="004C6830">
            <w:pPr>
              <w:spacing w:after="0"/>
            </w:pPr>
            <w:r>
              <w:t>Lampiran</w:t>
            </w:r>
          </w:p>
        </w:tc>
        <w:tc>
          <w:tcPr>
            <w:tcW w:w="4561" w:type="dxa"/>
          </w:tcPr>
          <w:p w14:paraId="53C5F42F" w14:textId="77777777" w:rsidR="00FA1D81" w:rsidRDefault="00000000" w:rsidP="004C6830">
            <w:pPr>
              <w:spacing w:after="0"/>
            </w:pPr>
            <w:r>
              <w:t>: 1 (satu) berkas</w:t>
            </w:r>
          </w:p>
        </w:tc>
      </w:tr>
      <w:tr w:rsidR="00FA1D81" w14:paraId="7EB9F6CD" w14:textId="77777777" w:rsidTr="004C6830">
        <w:tc>
          <w:tcPr>
            <w:tcW w:w="1188" w:type="dxa"/>
          </w:tcPr>
          <w:p w14:paraId="5BDDF5AC" w14:textId="77777777" w:rsidR="00FA1D81" w:rsidRDefault="00000000" w:rsidP="004C6830">
            <w:pPr>
              <w:spacing w:after="0"/>
            </w:pPr>
            <w:r>
              <w:t>Perihal</w:t>
            </w:r>
          </w:p>
        </w:tc>
        <w:tc>
          <w:tcPr>
            <w:tcW w:w="4561" w:type="dxa"/>
          </w:tcPr>
          <w:p w14:paraId="6D26A5F7" w14:textId="77777777" w:rsidR="00FA1D81" w:rsidRDefault="00000000" w:rsidP="004C6830">
            <w:pPr>
              <w:spacing w:after="0"/>
            </w:pPr>
            <w:r>
              <w:t>: Permohonan Registrasi Lembaga Ekosistem Perkoperasian</w:t>
            </w:r>
          </w:p>
        </w:tc>
      </w:tr>
    </w:tbl>
    <w:p w14:paraId="4DDBA6DE" w14:textId="77777777" w:rsidR="00FA1D81" w:rsidRDefault="00000000">
      <w:proofErr w:type="spellStart"/>
      <w:r>
        <w:t>Yth</w:t>
      </w:r>
      <w:proofErr w:type="spellEnd"/>
      <w:r>
        <w:t>.</w:t>
      </w:r>
      <w:r>
        <w:br/>
      </w:r>
      <w:r>
        <w:rPr>
          <w:b/>
        </w:rPr>
        <w:t>Deputi Bidang Pengembangan Talenta dan Daya Saing Koperasi</w:t>
      </w:r>
      <w:r>
        <w:rPr>
          <w:b/>
        </w:rPr>
        <w:br/>
        <w:t>Kementerian Koperasi Republik Indonesia</w:t>
      </w:r>
      <w:r>
        <w:rPr>
          <w:b/>
        </w:rPr>
        <w:br/>
      </w:r>
      <w:r>
        <w:t>di Jakarta</w:t>
      </w:r>
    </w:p>
    <w:p w14:paraId="790CE0EE" w14:textId="77777777" w:rsidR="00FA1D81" w:rsidRDefault="00000000" w:rsidP="004C6830">
      <w:pPr>
        <w:spacing w:after="120"/>
        <w:jc w:val="both"/>
      </w:pPr>
      <w:proofErr w:type="spellStart"/>
      <w:r>
        <w:t>Dengan</w:t>
      </w:r>
      <w:proofErr w:type="spellEnd"/>
      <w:r>
        <w:t xml:space="preserve"> </w:t>
      </w:r>
      <w:proofErr w:type="spellStart"/>
      <w:r>
        <w:t>hormat</w:t>
      </w:r>
      <w:proofErr w:type="spellEnd"/>
      <w:r>
        <w:t>,</w:t>
      </w:r>
    </w:p>
    <w:p w14:paraId="7E1E1334" w14:textId="77777777" w:rsidR="00FA1D81" w:rsidRDefault="00000000" w:rsidP="004C6830">
      <w:pPr>
        <w:spacing w:after="120"/>
        <w:ind w:firstLine="720"/>
        <w:jc w:val="both"/>
      </w:pPr>
      <w:r>
        <w:t>Dalam rangka mendukung pengembangan talenta dan peningkatan daya saing koperasi, kami:</w:t>
      </w:r>
    </w:p>
    <w:p w14:paraId="71CB30A6" w14:textId="4B8C65C2" w:rsidR="004C6830" w:rsidRDefault="00000000" w:rsidP="004C6830">
      <w:pPr>
        <w:spacing w:after="120"/>
        <w:ind w:firstLine="720"/>
        <w:jc w:val="both"/>
      </w:pPr>
      <w:r>
        <w:t xml:space="preserve">Nama Lembaga </w:t>
      </w:r>
      <w:r w:rsidR="004C6830">
        <w:tab/>
      </w:r>
      <w:r>
        <w:t>: [NAMA LEMBAGA]</w:t>
      </w:r>
    </w:p>
    <w:p w14:paraId="32362C30" w14:textId="064621D4" w:rsidR="004C6830" w:rsidRDefault="00000000" w:rsidP="004C6830">
      <w:pPr>
        <w:spacing w:after="120"/>
        <w:ind w:firstLine="720"/>
        <w:jc w:val="both"/>
      </w:pPr>
      <w:r>
        <w:t xml:space="preserve">Alamat </w:t>
      </w:r>
      <w:r w:rsidR="004C6830">
        <w:tab/>
      </w:r>
      <w:r w:rsidR="004C6830">
        <w:tab/>
      </w:r>
      <w:r>
        <w:t>: [ALAMAT]</w:t>
      </w:r>
    </w:p>
    <w:p w14:paraId="62D39EC2" w14:textId="634A0673" w:rsidR="00FA1D81" w:rsidRDefault="00000000" w:rsidP="004C6830">
      <w:pPr>
        <w:spacing w:after="120"/>
        <w:ind w:firstLine="720"/>
        <w:jc w:val="both"/>
      </w:pPr>
      <w:proofErr w:type="spellStart"/>
      <w:r>
        <w:t>Ketua</w:t>
      </w:r>
      <w:proofErr w:type="spellEnd"/>
      <w:r>
        <w:t>/</w:t>
      </w:r>
      <w:proofErr w:type="spellStart"/>
      <w:r>
        <w:t>Pimpinan</w:t>
      </w:r>
      <w:proofErr w:type="spellEnd"/>
      <w:r>
        <w:t xml:space="preserve"> </w:t>
      </w:r>
      <w:r w:rsidR="004C6830">
        <w:tab/>
      </w:r>
      <w:r>
        <w:t>: [NAMA]</w:t>
      </w:r>
    </w:p>
    <w:p w14:paraId="6B7E75D4" w14:textId="77777777" w:rsidR="00FA1D81" w:rsidRDefault="00000000" w:rsidP="004C6830">
      <w:pPr>
        <w:spacing w:after="120"/>
        <w:jc w:val="both"/>
      </w:pPr>
      <w:r>
        <w:t>mengajukan permohonan untuk registrasi sebagai Lembaga Ekosistem Perkoperasian melalui platform talenta.kop.go.id.</w:t>
      </w:r>
    </w:p>
    <w:p w14:paraId="6D7B41CB" w14:textId="77777777" w:rsidR="00FA1D81" w:rsidRDefault="00000000" w:rsidP="004C6830">
      <w:pPr>
        <w:spacing w:after="120"/>
        <w:ind w:firstLine="720"/>
        <w:jc w:val="both"/>
      </w:pPr>
      <w:r>
        <w:t>Lembaga kami memiliki anggota/jejaring profesional dengan kompetensi dan pengalaman di bidang perkoperasian yang siap berkontribusi dalam program Kementerian Koperasi sebagai fasilitator, pengajar, instruktur, narasumber, mentor, pendamping, tenaga ahli, maupun pengelola inkubator, sesuai kompetensi dan kebutuhan program.</w:t>
      </w:r>
    </w:p>
    <w:p w14:paraId="2C980BA6" w14:textId="77777777" w:rsidR="00FA1D81" w:rsidRDefault="00000000" w:rsidP="004C6830">
      <w:pPr>
        <w:spacing w:after="120"/>
        <w:ind w:firstLine="360"/>
        <w:jc w:val="both"/>
      </w:pPr>
      <w:r>
        <w:t>Sebagai lembaga yang menaungi anggota yang didaftarkan melalui platform tersebut, kami menyatakan kesediaan untuk:</w:t>
      </w:r>
    </w:p>
    <w:p w14:paraId="60039F5E" w14:textId="77777777" w:rsidR="00FA1D81" w:rsidRDefault="00000000" w:rsidP="004C6830">
      <w:pPr>
        <w:pStyle w:val="ListNumber"/>
        <w:spacing w:after="60"/>
        <w:jc w:val="both"/>
      </w:pPr>
      <w:r>
        <w:t>melakukan verifikasi identitas, kompetensi, pengalaman, dan dokumen pendukung anggota;</w:t>
      </w:r>
    </w:p>
    <w:p w14:paraId="0605BE9B" w14:textId="77777777" w:rsidR="00FA1D81" w:rsidRDefault="00000000" w:rsidP="004C6830">
      <w:pPr>
        <w:pStyle w:val="ListNumber"/>
        <w:spacing w:after="60"/>
        <w:jc w:val="both"/>
      </w:pPr>
      <w:r>
        <w:t>memastikan kebenaran data anggota yang diajukan melalui lembaga;</w:t>
      </w:r>
    </w:p>
    <w:p w14:paraId="256DF18A" w14:textId="77777777" w:rsidR="00FA1D81" w:rsidRDefault="00000000" w:rsidP="004C6830">
      <w:pPr>
        <w:pStyle w:val="ListNumber"/>
        <w:spacing w:after="60"/>
        <w:jc w:val="both"/>
      </w:pPr>
      <w:r>
        <w:t>melakukan pembinaan dan koordinasi terhadap anggota yang berada di bawah naungan lembaga;</w:t>
      </w:r>
    </w:p>
    <w:p w14:paraId="05D7FB93" w14:textId="77777777" w:rsidR="00FA1D81" w:rsidRDefault="00000000" w:rsidP="004C6830">
      <w:pPr>
        <w:pStyle w:val="ListNumber"/>
        <w:spacing w:after="60"/>
        <w:jc w:val="both"/>
      </w:pPr>
      <w:r>
        <w:t>memastikan anggota mematuhi ketentuan dan kode etik yang berlaku; dan</w:t>
      </w:r>
    </w:p>
    <w:p w14:paraId="49DAF1F8" w14:textId="77777777" w:rsidR="00FA1D81" w:rsidRDefault="00000000" w:rsidP="004C6830">
      <w:pPr>
        <w:pStyle w:val="ListNumber"/>
        <w:spacing w:after="60"/>
        <w:jc w:val="both"/>
      </w:pPr>
      <w:r>
        <w:t>bertanggung jawab secara kelembagaan atas verifikasi dan rekomendasi anggota, tanpa mengurangi tanggung jawab pribadi masing-masing anggota atas pelaksanaan tugas dan profesinya.</w:t>
      </w:r>
    </w:p>
    <w:p w14:paraId="6F81A071" w14:textId="77777777" w:rsidR="00FA1D81" w:rsidRDefault="00000000" w:rsidP="004C6830">
      <w:pPr>
        <w:spacing w:after="120"/>
        <w:ind w:firstLine="360"/>
        <w:jc w:val="both"/>
      </w:pPr>
      <w:r>
        <w:t>Kami siap mendukung proses pemetaan dan pengembangan talenta perkoperasian serta berkolaborasi dengan Kementerian Koperasi sesuai mekanisme, standar kompetensi, dan ketentuan yang berlaku.</w:t>
      </w:r>
    </w:p>
    <w:p w14:paraId="5AF4F7B9" w14:textId="77777777" w:rsidR="00FA1D81" w:rsidRDefault="00000000" w:rsidP="004C6830">
      <w:pPr>
        <w:spacing w:after="120"/>
        <w:ind w:firstLine="360"/>
        <w:jc w:val="both"/>
      </w:pPr>
      <w:r>
        <w:t>Demikian permohonan ini kami sampaikan. Besar harapan kami dapat menjadi bagian dari ekosistem talenta dan pengembangan daya saing koperasi Indonesia.</w:t>
      </w:r>
    </w:p>
    <w:p w14:paraId="02D06AF9" w14:textId="77777777" w:rsidR="00FA1D81" w:rsidRDefault="00000000" w:rsidP="004C6830">
      <w:pPr>
        <w:spacing w:after="120"/>
        <w:jc w:val="both"/>
      </w:pPr>
      <w:r>
        <w:t>Atas perhatian dan kerja samanya, kami sampaikan terima kasih.</w:t>
      </w:r>
    </w:p>
    <w:p w14:paraId="10A4821D" w14:textId="3B458D90" w:rsidR="00FA1D81" w:rsidRDefault="00F71675" w:rsidP="00F71675">
      <w:pPr>
        <w:ind w:left="5940"/>
        <w:jc w:val="center"/>
      </w:pPr>
      <w:r>
        <w:rPr>
          <w:noProof/>
        </w:rPr>
        <mc:AlternateContent>
          <mc:Choice Requires="wps">
            <w:drawing>
              <wp:anchor distT="0" distB="0" distL="114300" distR="114300" simplePos="0" relativeHeight="251659264" behindDoc="0" locked="0" layoutInCell="1" allowOverlap="1" wp14:anchorId="76548FC5" wp14:editId="2EC8132B">
                <wp:simplePos x="0" y="0"/>
                <wp:positionH relativeFrom="column">
                  <wp:posOffset>4044315</wp:posOffset>
                </wp:positionH>
                <wp:positionV relativeFrom="paragraph">
                  <wp:posOffset>573405</wp:posOffset>
                </wp:positionV>
                <wp:extent cx="1533525" cy="314325"/>
                <wp:effectExtent l="0" t="0" r="28575" b="28575"/>
                <wp:wrapNone/>
                <wp:docPr id="1123604790" name="Rectangle 1"/>
                <wp:cNvGraphicFramePr/>
                <a:graphic xmlns:a="http://schemas.openxmlformats.org/drawingml/2006/main">
                  <a:graphicData uri="http://schemas.microsoft.com/office/word/2010/wordprocessingShape">
                    <wps:wsp>
                      <wps:cNvSpPr/>
                      <wps:spPr>
                        <a:xfrm>
                          <a:off x="0" y="0"/>
                          <a:ext cx="1533525" cy="314325"/>
                        </a:xfrm>
                        <a:prstGeom prst="rect">
                          <a:avLst/>
                        </a:prstGeom>
                        <a:ln w="3175">
                          <a:prstDash val="dashDot"/>
                        </a:ln>
                      </wps:spPr>
                      <wps:style>
                        <a:lnRef idx="2">
                          <a:schemeClr val="accent1"/>
                        </a:lnRef>
                        <a:fillRef idx="1">
                          <a:schemeClr val="lt1"/>
                        </a:fillRef>
                        <a:effectRef idx="0">
                          <a:schemeClr val="accent1"/>
                        </a:effectRef>
                        <a:fontRef idx="minor">
                          <a:schemeClr val="dk1"/>
                        </a:fontRef>
                      </wps:style>
                      <wps:txbx>
                        <w:txbxContent>
                          <w:p w14:paraId="16A8B26A" w14:textId="2B03E6E0" w:rsidR="00F71675" w:rsidRPr="00F71675" w:rsidRDefault="00F71675" w:rsidP="00F71675">
                            <w:pPr>
                              <w:jc w:val="center"/>
                              <w:rPr>
                                <w:color w:val="000000" w:themeColor="text1"/>
                                <w14:textOutline w14:w="3175" w14:cap="rnd" w14:cmpd="sng" w14:algn="ctr">
                                  <w14:solidFill>
                                    <w14:srgbClr w14:val="000000"/>
                                  </w14:solidFill>
                                  <w14:prstDash w14:val="sysDot"/>
                                  <w14:bevel/>
                                </w14:textOutline>
                              </w:rPr>
                            </w:pPr>
                            <w:proofErr w:type="spellStart"/>
                            <w:r w:rsidRPr="00F71675">
                              <w:rPr>
                                <w:color w:val="000000" w:themeColor="text1"/>
                                <w14:textOutline w14:w="3175" w14:cap="rnd" w14:cmpd="sng" w14:algn="ctr">
                                  <w14:solidFill>
                                    <w14:srgbClr w14:val="000000"/>
                                  </w14:solidFill>
                                  <w14:prstDash w14:val="sysDot"/>
                                  <w14:bevel/>
                                </w14:textOutline>
                              </w:rPr>
                              <w:t>Ttd,Stempel</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548FC5" id="Rectangle 1" o:spid="_x0000_s1026" style="position:absolute;left:0;text-align:left;margin-left:318.45pt;margin-top:45.15pt;width:120.75pt;height:2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" fillcolor="white [3201]" strokecolor="#4f81bd [3204]" strokeweight=".25pt">
                <v:stroke dashstyle="dashDot"/>
                <v:textbox>
                  <w:txbxContent>
                    <w:p w14:paraId="16A8B26A" w14:textId="2B03E6E0" w:rsidR="00F71675" w:rsidRPr="00F71675" w:rsidRDefault="00F71675" w:rsidP="00F71675">
                      <w:pPr>
                        <w:jc w:val="center"/>
                        <w:rPr>
                          <w:color w:val="000000" w:themeColor="text1"/>
                          <w14:textOutline w14:w="3175" w14:cap="rnd" w14:cmpd="sng" w14:algn="ctr">
                            <w14:solidFill>
                              <w14:srgbClr w14:val="000000"/>
                            </w14:solidFill>
                            <w14:prstDash w14:val="sysDot"/>
                            <w14:bevel/>
                          </w14:textOutline>
                        </w:rPr>
                      </w:pPr>
                      <w:proofErr w:type="spellStart"/>
                      <w:r w:rsidRPr="00F71675">
                        <w:rPr>
                          <w:color w:val="000000" w:themeColor="text1"/>
                          <w14:textOutline w14:w="3175" w14:cap="rnd" w14:cmpd="sng" w14:algn="ctr">
                            <w14:solidFill>
                              <w14:srgbClr w14:val="000000"/>
                            </w14:solidFill>
                            <w14:prstDash w14:val="sysDot"/>
                            <w14:bevel/>
                          </w14:textOutline>
                        </w:rPr>
                        <w:t>Ttd,Stempel</w:t>
                      </w:r>
                      <w:proofErr w:type="spellEnd"/>
                    </w:p>
                  </w:txbxContent>
                </v:textbox>
              </v:rect>
            </w:pict>
          </mc:Fallback>
        </mc:AlternateContent>
      </w:r>
      <w:r w:rsidR="00000000">
        <w:t>[Kota], [</w:t>
      </w:r>
      <w:proofErr w:type="spellStart"/>
      <w:r w:rsidR="00000000">
        <w:t>Tanggal</w:t>
      </w:r>
      <w:proofErr w:type="spellEnd"/>
      <w:r w:rsidR="00000000">
        <w:t>]</w:t>
      </w:r>
      <w:r w:rsidR="00000000">
        <w:br/>
        <w:t>Hormat kami,</w:t>
      </w:r>
      <w:r w:rsidR="00000000">
        <w:br/>
      </w:r>
      <w:r w:rsidR="00000000">
        <w:rPr>
          <w:b/>
        </w:rPr>
        <w:t>[NAMA LEMBAGA]</w:t>
      </w:r>
      <w:r w:rsidR="00000000">
        <w:rPr>
          <w:b/>
        </w:rPr>
        <w:br/>
      </w:r>
      <w:r w:rsidR="00000000">
        <w:rPr>
          <w:b/>
        </w:rPr>
        <w:br/>
      </w:r>
      <w:r w:rsidR="00000000">
        <w:rPr>
          <w:b/>
        </w:rPr>
        <w:br/>
        <w:t>[NAMA LENGKAP]</w:t>
      </w:r>
      <w:r w:rsidR="00000000">
        <w:rPr>
          <w:b/>
        </w:rPr>
        <w:br/>
      </w:r>
      <w:r w:rsidR="00000000">
        <w:t>[JABATAN]</w:t>
      </w:r>
    </w:p>
    <w:sectPr w:rsidR="00FA1D81" w:rsidSect="004C6830">
      <w:pgSz w:w="11906" w:h="18709" w:code="1000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0110269">
    <w:abstractNumId w:val="8"/>
  </w:num>
  <w:num w:numId="2" w16cid:durableId="1411732957">
    <w:abstractNumId w:val="6"/>
  </w:num>
  <w:num w:numId="3" w16cid:durableId="1145512587">
    <w:abstractNumId w:val="5"/>
  </w:num>
  <w:num w:numId="4" w16cid:durableId="1830167848">
    <w:abstractNumId w:val="4"/>
  </w:num>
  <w:num w:numId="5" w16cid:durableId="43070594">
    <w:abstractNumId w:val="7"/>
  </w:num>
  <w:num w:numId="6" w16cid:durableId="916741538">
    <w:abstractNumId w:val="3"/>
  </w:num>
  <w:num w:numId="7" w16cid:durableId="1933586215">
    <w:abstractNumId w:val="2"/>
  </w:num>
  <w:num w:numId="8" w16cid:durableId="437336182">
    <w:abstractNumId w:val="1"/>
  </w:num>
  <w:num w:numId="9" w16cid:durableId="636683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C6830"/>
    <w:rsid w:val="00624DDA"/>
    <w:rsid w:val="00AA1D8D"/>
    <w:rsid w:val="00B47730"/>
    <w:rsid w:val="00C80DB6"/>
    <w:rsid w:val="00CB0664"/>
    <w:rsid w:val="00F71675"/>
    <w:rsid w:val="00FA1D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4EE46E"/>
  <w14:defaultImageDpi w14:val="300"/>
  <w15:docId w15:val="{D9A8216E-9052-483F-AAC0-E321BB997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Anton BKPN</cp:lastModifiedBy>
  <cp:revision>4</cp:revision>
  <dcterms:created xsi:type="dcterms:W3CDTF">2013-12-23T23:15:00Z</dcterms:created>
  <dcterms:modified xsi:type="dcterms:W3CDTF">2026-09-09T22:44:00Z</dcterms:modified>
  <cp:category/>
</cp:coreProperties>
</file>